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ECF51" w14:textId="77777777" w:rsidR="00B363B2" w:rsidRPr="007123E5" w:rsidRDefault="007123E5">
      <w:pPr>
        <w:jc w:val="center"/>
        <w:rPr>
          <w:sz w:val="32"/>
          <w:szCs w:val="32"/>
          <w:lang w:val="ru-RU"/>
        </w:rPr>
      </w:pPr>
      <w:bookmarkStart w:id="0" w:name="_GoBack"/>
      <w:r w:rsidRPr="007123E5">
        <w:rPr>
          <w:color w:val="787878"/>
          <w:sz w:val="32"/>
          <w:szCs w:val="32"/>
          <w:lang w:val="ru-RU"/>
        </w:rPr>
        <w:t>Всероссийская федерация танцевального спорта, брейкинга и акробатического рок-н-ролла</w:t>
      </w:r>
      <w:r w:rsidRPr="007123E5">
        <w:rPr>
          <w:color w:val="787878"/>
          <w:sz w:val="32"/>
          <w:szCs w:val="32"/>
          <w:lang w:val="ru-RU"/>
        </w:rPr>
        <w:br/>
        <w:t>Министерство физической культуры и спорта Воронежской области</w:t>
      </w:r>
      <w:r w:rsidRPr="007123E5">
        <w:rPr>
          <w:color w:val="787878"/>
          <w:sz w:val="32"/>
          <w:szCs w:val="32"/>
          <w:lang w:val="ru-RU"/>
        </w:rPr>
        <w:br/>
        <w:t>ВРОО «Спортивная федерация танцевального спорта»</w:t>
      </w:r>
      <w:r w:rsidRPr="007123E5">
        <w:rPr>
          <w:color w:val="787878"/>
          <w:sz w:val="32"/>
          <w:szCs w:val="32"/>
          <w:lang w:val="ru-RU"/>
        </w:rPr>
        <w:br/>
        <w:t>ВГДОО Танцевально-спортивный клуб «Агон»</w:t>
      </w:r>
    </w:p>
    <w:bookmarkEnd w:id="0"/>
    <w:p w14:paraId="73243F9F" w14:textId="77777777" w:rsidR="00B363B2" w:rsidRPr="007123E5" w:rsidRDefault="007123E5">
      <w:pPr>
        <w:spacing w:before="300" w:after="100"/>
        <w:jc w:val="center"/>
        <w:rPr>
          <w:lang w:val="ru-RU"/>
        </w:rPr>
      </w:pPr>
      <w:r w:rsidRPr="007123E5">
        <w:rPr>
          <w:b/>
          <w:color w:val="182B49"/>
          <w:sz w:val="24"/>
          <w:lang w:val="ru-RU"/>
        </w:rPr>
        <w:t>ПРЕДСТАВЛЯЮТ</w:t>
      </w:r>
    </w:p>
    <w:p w14:paraId="50A9B7DD" w14:textId="77777777" w:rsidR="00B363B2" w:rsidRPr="007123E5" w:rsidRDefault="007123E5">
      <w:pPr>
        <w:spacing w:after="400"/>
        <w:jc w:val="center"/>
        <w:rPr>
          <w:lang w:val="ru-RU"/>
        </w:rPr>
      </w:pPr>
      <w:r w:rsidRPr="007123E5">
        <w:rPr>
          <w:b/>
          <w:color w:val="182B49"/>
          <w:sz w:val="32"/>
          <w:lang w:val="ru-RU"/>
        </w:rPr>
        <w:t>КУБОК ВОРОНЕЖСКОЙ ОБЛАСТИ</w:t>
      </w:r>
      <w:r w:rsidRPr="007123E5">
        <w:rPr>
          <w:b/>
          <w:color w:val="182B49"/>
          <w:sz w:val="32"/>
          <w:lang w:val="ru-RU"/>
        </w:rPr>
        <w:br/>
        <w:t>«КУБОК АГОНА-2026»</w:t>
      </w:r>
      <w:r w:rsidRPr="007123E5">
        <w:rPr>
          <w:b/>
          <w:color w:val="182B49"/>
          <w:sz w:val="32"/>
          <w:lang w:val="ru-RU"/>
        </w:rPr>
        <w:br/>
      </w:r>
      <w:r w:rsidRPr="007123E5">
        <w:rPr>
          <w:i/>
          <w:sz w:val="22"/>
          <w:lang w:val="ru-RU"/>
        </w:rPr>
        <w:t>Региональные соревнования категории «В»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768"/>
      </w:tblGrid>
      <w:tr w:rsidR="00B363B2" w14:paraId="77DDF2BF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FF71EE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182B49"/>
              </w:rPr>
              <w:t>Дата</w:t>
            </w:r>
            <w:proofErr w:type="spellEnd"/>
            <w:r>
              <w:rPr>
                <w:b/>
                <w:color w:val="182B49"/>
              </w:rPr>
              <w:t xml:space="preserve"> </w:t>
            </w:r>
            <w:proofErr w:type="spellStart"/>
            <w:r>
              <w:rPr>
                <w:b/>
                <w:color w:val="182B49"/>
              </w:rPr>
              <w:t>проведения</w:t>
            </w:r>
            <w:proofErr w:type="spellEnd"/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2665D" w14:textId="77777777" w:rsidR="00B363B2" w:rsidRDefault="007123E5">
            <w:pPr>
              <w:spacing w:after="0"/>
            </w:pPr>
            <w:r>
              <w:t>01 ноября 2026 года</w:t>
            </w:r>
          </w:p>
        </w:tc>
      </w:tr>
      <w:tr w:rsidR="00B363B2" w:rsidRPr="007123E5" w14:paraId="4F0A24E3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B6780F" w14:textId="77777777" w:rsidR="00B363B2" w:rsidRDefault="007123E5">
            <w:pPr>
              <w:spacing w:after="0"/>
            </w:pPr>
            <w:r>
              <w:rPr>
                <w:b/>
                <w:color w:val="182B49"/>
              </w:rPr>
              <w:t>Место проведения</w:t>
            </w:r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895DE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г. Воронеж, ул. Ворошилова, 1а, СЦ «Гран-При»</w:t>
            </w:r>
          </w:p>
        </w:tc>
      </w:tr>
      <w:tr w:rsidR="00B363B2" w:rsidRPr="007123E5" w14:paraId="002DE910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5FDFE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182B49"/>
              </w:rPr>
              <w:t>Организатор</w:t>
            </w:r>
            <w:proofErr w:type="spellEnd"/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5DD7D5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ВГДОО Танцевально-спортивный клуб «Агон»</w:t>
            </w:r>
          </w:p>
        </w:tc>
      </w:tr>
      <w:tr w:rsidR="00B363B2" w14:paraId="21936315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52C6C0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182B49"/>
              </w:rPr>
              <w:t>Пра</w:t>
            </w:r>
            <w:r>
              <w:rPr>
                <w:b/>
                <w:color w:val="182B49"/>
              </w:rPr>
              <w:t>вила</w:t>
            </w:r>
            <w:proofErr w:type="spellEnd"/>
            <w:r>
              <w:rPr>
                <w:b/>
                <w:color w:val="182B49"/>
              </w:rPr>
              <w:t xml:space="preserve"> / </w:t>
            </w:r>
            <w:proofErr w:type="spellStart"/>
            <w:r>
              <w:rPr>
                <w:b/>
                <w:color w:val="182B49"/>
              </w:rPr>
              <w:t>Судьи</w:t>
            </w:r>
            <w:proofErr w:type="spellEnd"/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9FBFF2" w14:textId="77777777" w:rsidR="00B363B2" w:rsidRDefault="007123E5">
            <w:pPr>
              <w:spacing w:after="0"/>
            </w:pPr>
            <w:r w:rsidRPr="007123E5">
              <w:rPr>
                <w:lang w:val="ru-RU"/>
              </w:rPr>
              <w:t xml:space="preserve">В соответствии с правилами ФТСАРР. </w:t>
            </w:r>
            <w:proofErr w:type="spellStart"/>
            <w:r>
              <w:t>Судейская</w:t>
            </w:r>
            <w:proofErr w:type="spellEnd"/>
            <w:r>
              <w:t xml:space="preserve"> </w:t>
            </w:r>
            <w:proofErr w:type="spellStart"/>
            <w:r>
              <w:t>коллегия</w:t>
            </w:r>
            <w:proofErr w:type="spellEnd"/>
            <w:r>
              <w:t xml:space="preserve"> </w:t>
            </w:r>
            <w:proofErr w:type="spellStart"/>
            <w:r>
              <w:t>согласована</w:t>
            </w:r>
            <w:proofErr w:type="spellEnd"/>
            <w:r>
              <w:t xml:space="preserve"> ФТСАРР.</w:t>
            </w:r>
          </w:p>
        </w:tc>
      </w:tr>
      <w:tr w:rsidR="00B363B2" w:rsidRPr="007123E5" w14:paraId="4BAC7713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4CF100" w14:textId="77777777" w:rsidR="00B363B2" w:rsidRDefault="007123E5">
            <w:pPr>
              <w:spacing w:after="0"/>
            </w:pPr>
            <w:r>
              <w:rPr>
                <w:b/>
                <w:color w:val="182B49"/>
              </w:rPr>
              <w:t>Регистрация</w:t>
            </w:r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654B5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Обязательная предварительная регистрация для начинающих на сайте </w:t>
            </w:r>
            <w:r>
              <w:t>http</w:t>
            </w:r>
            <w:r w:rsidRPr="007123E5">
              <w:rPr>
                <w:lang w:val="ru-RU"/>
              </w:rPr>
              <w:t>://</w:t>
            </w:r>
            <w:proofErr w:type="spellStart"/>
            <w:r>
              <w:t>smm</w:t>
            </w:r>
            <w:proofErr w:type="spellEnd"/>
            <w:r w:rsidRPr="007123E5">
              <w:rPr>
                <w:lang w:val="ru-RU"/>
              </w:rPr>
              <w:t>.</w:t>
            </w:r>
            <w:proofErr w:type="spellStart"/>
            <w:r>
              <w:t>vftsarr</w:t>
            </w:r>
            <w:proofErr w:type="spellEnd"/>
            <w:r w:rsidRPr="007123E5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  <w:r w:rsidRPr="007123E5">
              <w:rPr>
                <w:lang w:val="ru-RU"/>
              </w:rPr>
              <w:t>/. Для СВД на сайте ФТСАРР. Заканчивается 31 октября в 09:30. В день с</w:t>
            </w:r>
            <w:r w:rsidRPr="007123E5">
              <w:rPr>
                <w:lang w:val="ru-RU"/>
              </w:rPr>
              <w:t>оревнований: начало за 1.5 ч, окончание за 30 мин до начала.</w:t>
            </w:r>
          </w:p>
        </w:tc>
      </w:tr>
      <w:tr w:rsidR="00B363B2" w:rsidRPr="007123E5" w14:paraId="18032DEE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60ED25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182B49"/>
              </w:rPr>
              <w:t>Награждение</w:t>
            </w:r>
            <w:proofErr w:type="spellEnd"/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7664BB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Кубки победителям, медали и дипломы призерам, дипломы финалистам.</w:t>
            </w:r>
          </w:p>
        </w:tc>
      </w:tr>
      <w:tr w:rsidR="00B363B2" w:rsidRPr="007123E5" w14:paraId="41A17EA7" w14:textId="77777777">
        <w:tc>
          <w:tcPr>
            <w:tcW w:w="3168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05CEB0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182B49"/>
              </w:rPr>
              <w:t>Параметры</w:t>
            </w:r>
            <w:proofErr w:type="spellEnd"/>
            <w:r>
              <w:rPr>
                <w:b/>
                <w:color w:val="182B49"/>
              </w:rPr>
              <w:t xml:space="preserve"> </w:t>
            </w:r>
            <w:proofErr w:type="spellStart"/>
            <w:r>
              <w:rPr>
                <w:b/>
                <w:color w:val="182B49"/>
              </w:rPr>
              <w:t>зала</w:t>
            </w:r>
            <w:proofErr w:type="spellEnd"/>
          </w:p>
        </w:tc>
        <w:tc>
          <w:tcPr>
            <w:tcW w:w="67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D71DDC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Размер площадки — 16х22 </w:t>
            </w:r>
            <w:proofErr w:type="spellStart"/>
            <w:r w:rsidRPr="007123E5">
              <w:rPr>
                <w:lang w:val="ru-RU"/>
              </w:rPr>
              <w:t>кв.м</w:t>
            </w:r>
            <w:proofErr w:type="spellEnd"/>
            <w:r w:rsidRPr="007123E5">
              <w:rPr>
                <w:lang w:val="ru-RU"/>
              </w:rPr>
              <w:t>., профессиональный паркет.</w:t>
            </w:r>
          </w:p>
        </w:tc>
      </w:tr>
    </w:tbl>
    <w:p w14:paraId="6B849EB6" w14:textId="77777777" w:rsidR="00B363B2" w:rsidRPr="007123E5" w:rsidRDefault="00B363B2">
      <w:pPr>
        <w:spacing w:after="300"/>
        <w:rPr>
          <w:lang w:val="ru-RU"/>
        </w:rPr>
      </w:pPr>
    </w:p>
    <w:p w14:paraId="59C9A859" w14:textId="77777777" w:rsidR="00B363B2" w:rsidRPr="007123E5" w:rsidRDefault="007123E5">
      <w:pPr>
        <w:rPr>
          <w:lang w:val="ru-RU"/>
        </w:rPr>
      </w:pPr>
      <w:r w:rsidRPr="007123E5">
        <w:rPr>
          <w:b/>
          <w:color w:val="182B49"/>
          <w:sz w:val="28"/>
          <w:lang w:val="ru-RU"/>
        </w:rPr>
        <w:t>ПРОГРАММА СОРЕВНОВАНИЙ</w:t>
      </w:r>
    </w:p>
    <w:p w14:paraId="284C3E78" w14:textId="77777777" w:rsidR="00B363B2" w:rsidRPr="007123E5" w:rsidRDefault="007123E5">
      <w:pPr>
        <w:keepNext/>
        <w:spacing w:before="360" w:after="120"/>
        <w:rPr>
          <w:lang w:val="ru-RU"/>
        </w:rPr>
      </w:pPr>
      <w:r>
        <w:rPr>
          <w:b/>
          <w:color w:val="182B49"/>
          <w:sz w:val="24"/>
        </w:rPr>
        <w:t>I</w:t>
      </w:r>
      <w:r w:rsidRPr="007123E5">
        <w:rPr>
          <w:b/>
          <w:color w:val="182B49"/>
          <w:sz w:val="24"/>
          <w:lang w:val="ru-RU"/>
        </w:rPr>
        <w:t xml:space="preserve"> </w:t>
      </w:r>
      <w:r w:rsidRPr="007123E5">
        <w:rPr>
          <w:b/>
          <w:color w:val="182B49"/>
          <w:sz w:val="24"/>
          <w:lang w:val="ru-RU"/>
        </w:rPr>
        <w:t>отделение — 10:30 — НАЧИНАЮЩИЕ СПОРТСМЕНЫ РС «В»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088"/>
        <w:gridCol w:w="2880"/>
        <w:gridCol w:w="2088"/>
      </w:tblGrid>
      <w:tr w:rsidR="00B363B2" w14:paraId="40A239E1" w14:textId="77777777"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0536CC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FFFFFF"/>
                <w:sz w:val="19"/>
              </w:rPr>
              <w:t>Площадка</w:t>
            </w:r>
            <w:proofErr w:type="spellEnd"/>
            <w:r>
              <w:rPr>
                <w:b/>
                <w:color w:val="FFFFFF"/>
                <w:sz w:val="19"/>
              </w:rPr>
              <w:t xml:space="preserve"> А (СОЛО)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13E23D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DB057F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Площадка В (ПАРЫ)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6E899E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</w:tr>
      <w:tr w:rsidR="00B363B2" w14:paraId="68342D58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935185" w14:textId="77777777" w:rsidR="00B363B2" w:rsidRDefault="007123E5">
            <w:pPr>
              <w:spacing w:after="0"/>
            </w:pPr>
            <w:r>
              <w:t>Дети Н2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AB1A8E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269F1C" w14:textId="77777777" w:rsidR="00B363B2" w:rsidRDefault="007123E5">
            <w:pPr>
              <w:spacing w:after="0"/>
            </w:pPr>
            <w:r>
              <w:t>Дети Н2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B2FA2C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0C214B6A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BC6E1F" w14:textId="77777777" w:rsidR="00B363B2" w:rsidRDefault="007123E5">
            <w:pPr>
              <w:spacing w:after="0"/>
            </w:pPr>
            <w:r>
              <w:t>Дети Н2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D97D58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A69E5" w14:textId="77777777" w:rsidR="00B363B2" w:rsidRDefault="007123E5">
            <w:pPr>
              <w:spacing w:after="0"/>
            </w:pPr>
            <w:r>
              <w:t>Дети Н2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D3043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60901789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6E983" w14:textId="77777777" w:rsidR="00B363B2" w:rsidRDefault="007123E5">
            <w:pPr>
              <w:spacing w:after="0"/>
            </w:pPr>
            <w:r>
              <w:t>Дети Н3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4935C9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A128C7" w14:textId="77777777" w:rsidR="00B363B2" w:rsidRDefault="007123E5">
            <w:pPr>
              <w:spacing w:after="0"/>
            </w:pPr>
            <w:r>
              <w:t>Дети Н3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A61C14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6C0ECDFC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E3CEAB" w14:textId="77777777" w:rsidR="00B363B2" w:rsidRDefault="007123E5">
            <w:pPr>
              <w:spacing w:after="0"/>
            </w:pPr>
            <w:r>
              <w:t>Дети Н3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7C3F2D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07F02" w14:textId="77777777" w:rsidR="00B363B2" w:rsidRDefault="007123E5">
            <w:pPr>
              <w:spacing w:after="0"/>
            </w:pPr>
            <w:r>
              <w:t>Дети Н3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54B83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3039DBA0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011DE2" w14:textId="77777777" w:rsidR="00B363B2" w:rsidRDefault="007123E5">
            <w:pPr>
              <w:spacing w:after="0"/>
            </w:pPr>
            <w:r>
              <w:t>Дети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E418C8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97748B" w14:textId="77777777" w:rsidR="00B363B2" w:rsidRDefault="007123E5">
            <w:pPr>
              <w:spacing w:after="0"/>
            </w:pPr>
            <w:r>
              <w:t>Дети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5EC1B3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0CAAD05C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AB5CAC" w14:textId="77777777" w:rsidR="00B363B2" w:rsidRDefault="007123E5">
            <w:pPr>
              <w:spacing w:after="0"/>
            </w:pPr>
            <w:r>
              <w:lastRenderedPageBreak/>
              <w:t>Дети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0EFA43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A3DCFE" w14:textId="77777777" w:rsidR="00B363B2" w:rsidRDefault="007123E5">
            <w:pPr>
              <w:spacing w:after="0"/>
            </w:pPr>
            <w:r>
              <w:t>Дети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1D164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574E3758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80389" w14:textId="77777777" w:rsidR="00B363B2" w:rsidRDefault="007123E5">
            <w:pPr>
              <w:spacing w:after="0"/>
            </w:pPr>
            <w:r>
              <w:t>Дети 1 Н2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7C5565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E4C721" w14:textId="77777777" w:rsidR="00B363B2" w:rsidRDefault="007123E5">
            <w:pPr>
              <w:spacing w:after="0"/>
            </w:pPr>
            <w:r>
              <w:t>Дети 1 Н2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B802BF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37C4598E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AE22A0" w14:textId="77777777" w:rsidR="00B363B2" w:rsidRDefault="007123E5">
            <w:pPr>
              <w:spacing w:after="0"/>
            </w:pPr>
            <w:r>
              <w:t>Дети 1 Н2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735767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ECC6E3" w14:textId="77777777" w:rsidR="00B363B2" w:rsidRDefault="007123E5">
            <w:pPr>
              <w:spacing w:after="0"/>
            </w:pPr>
            <w:r>
              <w:t>Дети 1 Н2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96BC58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3640F343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C7169" w14:textId="77777777" w:rsidR="00B363B2" w:rsidRDefault="007123E5">
            <w:pPr>
              <w:spacing w:after="0"/>
            </w:pPr>
            <w:r>
              <w:t>Дети 1 Н3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76DF0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914AC8" w14:textId="77777777" w:rsidR="00B363B2" w:rsidRDefault="007123E5">
            <w:pPr>
              <w:spacing w:after="0"/>
            </w:pPr>
            <w:r>
              <w:t>Дети 1 Н3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EECD25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2A9D769E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C11DB0" w14:textId="77777777" w:rsidR="00B363B2" w:rsidRDefault="007123E5">
            <w:pPr>
              <w:spacing w:after="0"/>
            </w:pPr>
            <w:r>
              <w:t>Дети 1 Н3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9CECAA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2FF5D3" w14:textId="77777777" w:rsidR="00B363B2" w:rsidRDefault="007123E5">
            <w:pPr>
              <w:spacing w:after="0"/>
            </w:pPr>
            <w:r>
              <w:t>Дети 1 Н3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F65EBD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43C225C7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DC4BE9" w14:textId="77777777" w:rsidR="00B363B2" w:rsidRDefault="007123E5">
            <w:pPr>
              <w:spacing w:after="0"/>
            </w:pPr>
            <w:r>
              <w:t>Дети 1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59128C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2943BA" w14:textId="77777777" w:rsidR="00B363B2" w:rsidRDefault="007123E5">
            <w:pPr>
              <w:spacing w:after="0"/>
            </w:pPr>
            <w:r>
              <w:t>Дети 1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17F942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1B08C284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30241B" w14:textId="77777777" w:rsidR="00B363B2" w:rsidRDefault="007123E5">
            <w:pPr>
              <w:spacing w:after="0"/>
            </w:pPr>
            <w:r>
              <w:t>Дети 1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E5C6FE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0FFE66" w14:textId="77777777" w:rsidR="00B363B2" w:rsidRDefault="007123E5">
            <w:pPr>
              <w:spacing w:after="0"/>
            </w:pPr>
            <w:r>
              <w:t>Дети 1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F8045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6F233589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1B07B6" w14:textId="77777777" w:rsidR="00B363B2" w:rsidRDefault="007123E5">
            <w:pPr>
              <w:spacing w:after="0"/>
            </w:pPr>
            <w:r>
              <w:t>Дети 1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03AF14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606390" w14:textId="77777777" w:rsidR="00B363B2" w:rsidRDefault="007123E5">
            <w:pPr>
              <w:spacing w:after="0"/>
            </w:pPr>
            <w:r>
              <w:t>Дети 1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D8683A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5F52FFCA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C9B903" w14:textId="77777777" w:rsidR="00B363B2" w:rsidRDefault="007123E5">
            <w:pPr>
              <w:spacing w:after="0"/>
            </w:pPr>
            <w:r>
              <w:t>Дети 1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CB85D3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D9D268" w14:textId="77777777" w:rsidR="00B363B2" w:rsidRDefault="007123E5">
            <w:pPr>
              <w:spacing w:after="0"/>
            </w:pPr>
            <w:r>
              <w:t>Дети 1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69C90E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</w:tbl>
    <w:p w14:paraId="0E2BE332" w14:textId="77777777" w:rsidR="00B363B2" w:rsidRPr="007123E5" w:rsidRDefault="007123E5">
      <w:pPr>
        <w:keepNext/>
        <w:spacing w:before="360" w:after="120"/>
        <w:rPr>
          <w:lang w:val="ru-RU"/>
        </w:rPr>
      </w:pPr>
      <w:r>
        <w:rPr>
          <w:b/>
          <w:color w:val="182B49"/>
          <w:sz w:val="24"/>
        </w:rPr>
        <w:t>II</w:t>
      </w:r>
      <w:r w:rsidRPr="007123E5">
        <w:rPr>
          <w:b/>
          <w:color w:val="182B49"/>
          <w:sz w:val="24"/>
          <w:lang w:val="ru-RU"/>
        </w:rPr>
        <w:t xml:space="preserve"> отделение — 12:00 — НАЧИНАЮЩИЕ СПОРТСМЕНЫ РС «В»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088"/>
        <w:gridCol w:w="2880"/>
        <w:gridCol w:w="2088"/>
      </w:tblGrid>
      <w:tr w:rsidR="00B363B2" w14:paraId="0A019E9D" w14:textId="77777777"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B79D7A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FFFFFF"/>
                <w:sz w:val="19"/>
              </w:rPr>
              <w:t>Площадка</w:t>
            </w:r>
            <w:proofErr w:type="spellEnd"/>
            <w:r>
              <w:rPr>
                <w:b/>
                <w:color w:val="FFFFFF"/>
                <w:sz w:val="19"/>
              </w:rPr>
              <w:t xml:space="preserve"> А (СОЛО)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212085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E967EE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Площадка В (ПАРЫ)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D44F897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</w:tr>
      <w:tr w:rsidR="00B363B2" w14:paraId="10D98C97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2E93EB" w14:textId="77777777" w:rsidR="00B363B2" w:rsidRDefault="007123E5">
            <w:pPr>
              <w:spacing w:after="0"/>
            </w:pPr>
            <w:r>
              <w:t>Дети 2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EDA8FD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78CD3F" w14:textId="77777777" w:rsidR="00B363B2" w:rsidRDefault="007123E5">
            <w:pPr>
              <w:spacing w:after="0"/>
            </w:pPr>
            <w:r>
              <w:t>Дети 2 Н4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66D3D5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1B601ACE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F33A3A" w14:textId="77777777" w:rsidR="00B363B2" w:rsidRDefault="007123E5">
            <w:pPr>
              <w:spacing w:after="0"/>
            </w:pPr>
            <w:r>
              <w:t>Дети 2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0D6D7C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2DDA2E" w14:textId="77777777" w:rsidR="00B363B2" w:rsidRDefault="007123E5">
            <w:pPr>
              <w:spacing w:after="0"/>
            </w:pPr>
            <w:r>
              <w:t>Дети 2 Н4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7F006" w14:textId="77777777" w:rsidR="00B363B2" w:rsidRDefault="007123E5">
            <w:pPr>
              <w:spacing w:after="0"/>
            </w:pPr>
            <w:r>
              <w:t xml:space="preserve">Абсолютный </w:t>
            </w:r>
            <w:r>
              <w:t>Кубок</w:t>
            </w:r>
          </w:p>
        </w:tc>
      </w:tr>
      <w:tr w:rsidR="00B363B2" w14:paraId="1B2FBFF4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117CB" w14:textId="77777777" w:rsidR="00B363B2" w:rsidRDefault="007123E5">
            <w:pPr>
              <w:spacing w:after="0"/>
            </w:pPr>
            <w:r>
              <w:t>Дети 2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2AA11C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738B43" w14:textId="77777777" w:rsidR="00B363B2" w:rsidRDefault="007123E5">
            <w:pPr>
              <w:spacing w:after="0"/>
            </w:pPr>
            <w:r>
              <w:t>Дети 2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B245E1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75089B58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E3A6BF" w14:textId="77777777" w:rsidR="00B363B2" w:rsidRDefault="007123E5">
            <w:pPr>
              <w:spacing w:after="0"/>
            </w:pPr>
            <w:r>
              <w:t>Дети 2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09C37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F5D7FA" w14:textId="77777777" w:rsidR="00B363B2" w:rsidRDefault="007123E5">
            <w:pPr>
              <w:spacing w:after="0"/>
            </w:pPr>
            <w:r>
              <w:t>Дети 2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6B5E2D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  <w:tr w:rsidR="00B363B2" w14:paraId="184C103A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3C653E" w14:textId="77777777" w:rsidR="00B363B2" w:rsidRDefault="007123E5">
            <w:pPr>
              <w:spacing w:after="0"/>
            </w:pPr>
            <w:r>
              <w:t>Юниоры 1+2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04F97B" w14:textId="77777777" w:rsidR="00B363B2" w:rsidRDefault="007123E5">
            <w:pPr>
              <w:spacing w:after="0"/>
            </w:pPr>
            <w:r>
              <w:t>Аттестация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E3A41E" w14:textId="77777777" w:rsidR="00B363B2" w:rsidRDefault="007123E5">
            <w:pPr>
              <w:spacing w:after="0"/>
            </w:pPr>
            <w:r>
              <w:t>Юниоры 1+2 Н5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1C1B31" w14:textId="77777777" w:rsidR="00B363B2" w:rsidRDefault="007123E5">
            <w:pPr>
              <w:spacing w:after="0"/>
            </w:pPr>
            <w:r>
              <w:t>Аттестация</w:t>
            </w:r>
          </w:p>
        </w:tc>
      </w:tr>
      <w:tr w:rsidR="00B363B2" w14:paraId="196030BE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174A6D" w14:textId="77777777" w:rsidR="00B363B2" w:rsidRDefault="007123E5">
            <w:pPr>
              <w:spacing w:after="0"/>
            </w:pPr>
            <w:r>
              <w:t>Юниоры 1+2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8F0AC4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9CF2E0" w14:textId="77777777" w:rsidR="00B363B2" w:rsidRDefault="007123E5">
            <w:pPr>
              <w:spacing w:after="0"/>
            </w:pPr>
            <w:r>
              <w:t>Юниоры 1+2 Н5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1E1D8B" w14:textId="77777777" w:rsidR="00B363B2" w:rsidRDefault="007123E5">
            <w:pPr>
              <w:spacing w:after="0"/>
            </w:pPr>
            <w:r>
              <w:t>Абсолютный Кубок</w:t>
            </w:r>
          </w:p>
        </w:tc>
      </w:tr>
    </w:tbl>
    <w:p w14:paraId="1A3ABB4C" w14:textId="77777777" w:rsidR="00B363B2" w:rsidRPr="007123E5" w:rsidRDefault="007123E5">
      <w:pPr>
        <w:keepNext/>
        <w:spacing w:before="360" w:after="120"/>
        <w:rPr>
          <w:lang w:val="ru-RU"/>
        </w:rPr>
      </w:pPr>
      <w:r>
        <w:rPr>
          <w:b/>
          <w:color w:val="182B49"/>
          <w:sz w:val="24"/>
        </w:rPr>
        <w:t>III</w:t>
      </w:r>
      <w:r w:rsidRPr="007123E5">
        <w:rPr>
          <w:b/>
          <w:color w:val="182B49"/>
          <w:sz w:val="24"/>
          <w:lang w:val="ru-RU"/>
        </w:rPr>
        <w:t xml:space="preserve"> отделение — 13:30 — ДОСРФ, </w:t>
      </w:r>
      <w:r w:rsidRPr="007123E5">
        <w:rPr>
          <w:b/>
          <w:color w:val="182B49"/>
          <w:sz w:val="24"/>
          <w:lang w:val="ru-RU"/>
        </w:rPr>
        <w:t>Кубок Воронежской области</w:t>
      </w:r>
    </w:p>
    <w:p w14:paraId="5A301705" w14:textId="77777777" w:rsidR="00B363B2" w:rsidRDefault="007123E5">
      <w:pPr>
        <w:keepNext/>
        <w:spacing w:after="120"/>
      </w:pPr>
      <w:r w:rsidRPr="007123E5">
        <w:rPr>
          <w:i/>
          <w:color w:val="646464"/>
          <w:sz w:val="19"/>
          <w:lang w:val="ru-RU"/>
        </w:rPr>
        <w:t xml:space="preserve">К соревнованиям допускаются спортсмены Воронежской области. </w:t>
      </w:r>
      <w:proofErr w:type="spellStart"/>
      <w:r>
        <w:rPr>
          <w:i/>
          <w:color w:val="646464"/>
          <w:sz w:val="19"/>
        </w:rPr>
        <w:t>Спортсменам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присваиваются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разряды</w:t>
      </w:r>
      <w:proofErr w:type="spellEnd"/>
      <w:r>
        <w:rPr>
          <w:i/>
          <w:color w:val="646464"/>
          <w:sz w:val="19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363B2" w14:paraId="135F57DC" w14:textId="77777777">
        <w:tc>
          <w:tcPr>
            <w:tcW w:w="4968" w:type="dxa"/>
            <w:shd w:val="clear" w:color="auto" w:fill="182B4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EFEE71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20"/>
              </w:rPr>
              <w:t>Возрастная категория</w:t>
            </w:r>
          </w:p>
        </w:tc>
        <w:tc>
          <w:tcPr>
            <w:tcW w:w="4968" w:type="dxa"/>
            <w:shd w:val="clear" w:color="auto" w:fill="182B4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9B0D6F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20"/>
              </w:rPr>
              <w:t>Дисциплина</w:t>
            </w:r>
          </w:p>
        </w:tc>
      </w:tr>
      <w:tr w:rsidR="00B363B2" w14:paraId="05EC89A1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A5921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Мальчики и девочки (7-9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A2865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37B3600C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89E48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Мальчики и девочки (7-9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D2438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57C5842E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86ED1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Мальчики и девочки (10-11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04C8C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6E1EBBD0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CB313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Мальчики и девочки (10-11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EBBFE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5BC181C1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811C6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Юноши и девушки (12-13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EB278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6F3E270D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BB2FD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ДОСРФ Юноши и </w:t>
            </w:r>
            <w:r w:rsidRPr="007123E5">
              <w:rPr>
                <w:lang w:val="ru-RU"/>
              </w:rPr>
              <w:t>девушки (12-13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E60A3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6976AE9D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6D15C2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Юноши и девушки (14-15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88D03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64B4BB21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5A710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Юноши и девушки (14-15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B6C51D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23AD962C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7BD9C7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Юниоры и юниорки (16-18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E5347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7E2D8BA0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6E57B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ДОСРФ Юниоры и юниорки (16-18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E952B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13169E00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286BE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Кубок области Мужчины и женщины (19 лет и старше)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7E630" w14:textId="77777777" w:rsidR="00B363B2" w:rsidRDefault="007123E5">
            <w:pPr>
              <w:spacing w:after="0"/>
            </w:pPr>
            <w:proofErr w:type="spellStart"/>
            <w:r>
              <w:t>Пара-Европейская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56AA6EC3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82251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lastRenderedPageBreak/>
              <w:t>Кубок области Мужчины и женщины (19 лет и старше)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95FBB" w14:textId="77777777" w:rsidR="00B363B2" w:rsidRDefault="007123E5">
            <w:pPr>
              <w:spacing w:after="0"/>
            </w:pPr>
            <w:proofErr w:type="spellStart"/>
            <w:r>
              <w:t>Пара-Латиноамериканская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658FF9E8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802E8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Кубок области </w:t>
            </w:r>
            <w:r w:rsidRPr="007123E5">
              <w:rPr>
                <w:lang w:val="ru-RU"/>
              </w:rPr>
              <w:t>Мужчины и женщины (19 лет и старше)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4476D8" w14:textId="77777777" w:rsidR="00B363B2" w:rsidRDefault="007123E5">
            <w:pPr>
              <w:spacing w:after="0"/>
            </w:pPr>
            <w:proofErr w:type="spellStart"/>
            <w:r>
              <w:t>Пара-Двоеборье</w:t>
            </w:r>
            <w:proofErr w:type="spellEnd"/>
          </w:p>
        </w:tc>
      </w:tr>
    </w:tbl>
    <w:p w14:paraId="5F733762" w14:textId="77777777" w:rsidR="00B363B2" w:rsidRDefault="007123E5">
      <w:pPr>
        <w:keepNext/>
        <w:spacing w:before="360" w:after="120"/>
      </w:pPr>
      <w:r>
        <w:rPr>
          <w:b/>
          <w:color w:val="182B49"/>
          <w:sz w:val="24"/>
        </w:rPr>
        <w:t>IV отделение — 16:30 — РС «В»</w:t>
      </w:r>
    </w:p>
    <w:p w14:paraId="62209F57" w14:textId="77777777" w:rsidR="00B363B2" w:rsidRPr="007123E5" w:rsidRDefault="007123E5">
      <w:pPr>
        <w:keepNext/>
        <w:spacing w:after="120"/>
        <w:rPr>
          <w:lang w:val="ru-RU"/>
        </w:rPr>
      </w:pPr>
      <w:r w:rsidRPr="007123E5">
        <w:rPr>
          <w:i/>
          <w:color w:val="646464"/>
          <w:sz w:val="19"/>
          <w:lang w:val="ru-RU"/>
        </w:rPr>
        <w:t>К соревнованиям допускаются спортсмены Воронежской и соседних областей.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088"/>
        <w:gridCol w:w="2880"/>
        <w:gridCol w:w="2088"/>
      </w:tblGrid>
      <w:tr w:rsidR="00B363B2" w14:paraId="53EF6107" w14:textId="77777777"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8DA64C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FFFFFF"/>
                <w:sz w:val="19"/>
              </w:rPr>
              <w:t>Площадка</w:t>
            </w:r>
            <w:proofErr w:type="spellEnd"/>
            <w:r>
              <w:rPr>
                <w:b/>
                <w:color w:val="FFFFFF"/>
                <w:sz w:val="19"/>
              </w:rPr>
              <w:t xml:space="preserve"> А (ПАРЫ)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317559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  <w:tc>
          <w:tcPr>
            <w:tcW w:w="2880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6F929A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Площадка В (СОЛО)</w:t>
            </w:r>
          </w:p>
        </w:tc>
        <w:tc>
          <w:tcPr>
            <w:tcW w:w="2088" w:type="dxa"/>
            <w:shd w:val="clear" w:color="auto" w:fill="182B49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C57EB6B" w14:textId="77777777" w:rsidR="00B363B2" w:rsidRDefault="007123E5">
            <w:pPr>
              <w:spacing w:after="0"/>
            </w:pPr>
            <w:r>
              <w:rPr>
                <w:b/>
                <w:color w:val="FFFFFF"/>
                <w:sz w:val="19"/>
              </w:rPr>
              <w:t>Дисциплина</w:t>
            </w:r>
          </w:p>
        </w:tc>
      </w:tr>
      <w:tr w:rsidR="00B363B2" w14:paraId="636B88C2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6A3ECF" w14:textId="77777777" w:rsidR="00B363B2" w:rsidRDefault="007123E5">
            <w:pPr>
              <w:spacing w:after="0"/>
            </w:pPr>
            <w:r>
              <w:t>Дети 1 Е ПАРЫ (7-9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F848F2" w14:textId="77777777" w:rsidR="00B363B2" w:rsidRDefault="007123E5">
            <w:pPr>
              <w:spacing w:after="0"/>
            </w:pPr>
            <w:r>
              <w:t>Стандарт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312CD" w14:textId="77777777" w:rsidR="00B363B2" w:rsidRDefault="007123E5">
            <w:pPr>
              <w:spacing w:after="0"/>
            </w:pPr>
            <w:r>
              <w:t xml:space="preserve">Дети 1 Е </w:t>
            </w:r>
            <w:r>
              <w:t>СОЛО (7-9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C526BA" w14:textId="77777777" w:rsidR="00B363B2" w:rsidRDefault="007123E5">
            <w:pPr>
              <w:spacing w:after="0"/>
            </w:pPr>
            <w:r>
              <w:t>Стандарт</w:t>
            </w:r>
          </w:p>
        </w:tc>
      </w:tr>
      <w:tr w:rsidR="00B363B2" w14:paraId="28E82188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6A567D" w14:textId="77777777" w:rsidR="00B363B2" w:rsidRDefault="007123E5">
            <w:pPr>
              <w:spacing w:after="0"/>
            </w:pPr>
            <w:r>
              <w:t>Дети 1 Е ПАРЫ (7-9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84D559" w14:textId="77777777" w:rsidR="00B363B2" w:rsidRDefault="007123E5">
            <w:pPr>
              <w:spacing w:after="0"/>
            </w:pPr>
            <w:r>
              <w:t>Латина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F98C4E" w14:textId="77777777" w:rsidR="00B363B2" w:rsidRDefault="007123E5">
            <w:pPr>
              <w:spacing w:after="0"/>
            </w:pPr>
            <w:r>
              <w:t>Дети 1 Е СОЛО (7-9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83F0F" w14:textId="77777777" w:rsidR="00B363B2" w:rsidRDefault="007123E5">
            <w:pPr>
              <w:spacing w:after="0"/>
            </w:pPr>
            <w:r>
              <w:t>Латина</w:t>
            </w:r>
          </w:p>
        </w:tc>
      </w:tr>
      <w:tr w:rsidR="00B363B2" w14:paraId="48CA75AA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5B1447" w14:textId="77777777" w:rsidR="00B363B2" w:rsidRDefault="007123E5">
            <w:pPr>
              <w:spacing w:after="0"/>
            </w:pPr>
            <w:r>
              <w:t>Дети 2 Е ПАРЫ (10-11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25D8A2" w14:textId="77777777" w:rsidR="00B363B2" w:rsidRDefault="007123E5">
            <w:pPr>
              <w:spacing w:after="0"/>
            </w:pPr>
            <w:r>
              <w:t>Стандарт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F4ADF9" w14:textId="77777777" w:rsidR="00B363B2" w:rsidRDefault="007123E5">
            <w:pPr>
              <w:spacing w:after="0"/>
            </w:pPr>
            <w:r>
              <w:t>Дети 2 Е СОЛО (10-11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C2EB51" w14:textId="77777777" w:rsidR="00B363B2" w:rsidRDefault="007123E5">
            <w:pPr>
              <w:spacing w:after="0"/>
            </w:pPr>
            <w:r>
              <w:t>Стандарт</w:t>
            </w:r>
          </w:p>
        </w:tc>
      </w:tr>
      <w:tr w:rsidR="00B363B2" w14:paraId="3617E964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10E289" w14:textId="77777777" w:rsidR="00B363B2" w:rsidRDefault="007123E5">
            <w:pPr>
              <w:spacing w:after="0"/>
            </w:pPr>
            <w:r>
              <w:t>Дети 2 Е ПАРЫ (10-11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F6B34" w14:textId="77777777" w:rsidR="00B363B2" w:rsidRDefault="007123E5">
            <w:pPr>
              <w:spacing w:after="0"/>
            </w:pPr>
            <w:r>
              <w:t>Латина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05DAA" w14:textId="77777777" w:rsidR="00B363B2" w:rsidRDefault="007123E5">
            <w:pPr>
              <w:spacing w:after="0"/>
            </w:pPr>
            <w:r>
              <w:t>Дети 2 Е СОЛО (10-11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26304D" w14:textId="77777777" w:rsidR="00B363B2" w:rsidRDefault="007123E5">
            <w:pPr>
              <w:spacing w:after="0"/>
            </w:pPr>
            <w:r>
              <w:t>Латина</w:t>
            </w:r>
          </w:p>
        </w:tc>
      </w:tr>
      <w:tr w:rsidR="00B363B2" w14:paraId="2B6311A0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617EFD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Дети 2+1 до </w:t>
            </w:r>
            <w:r>
              <w:t>D</w:t>
            </w:r>
            <w:r w:rsidRPr="007123E5">
              <w:rPr>
                <w:lang w:val="ru-RU"/>
              </w:rPr>
              <w:t xml:space="preserve"> ПАРЫ (7-11 </w:t>
            </w:r>
            <w:r w:rsidRPr="007123E5">
              <w:rPr>
                <w:lang w:val="ru-RU"/>
              </w:rPr>
              <w:t>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518BB3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691910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Дети 2+1 до </w:t>
            </w:r>
            <w:r>
              <w:t>D</w:t>
            </w:r>
            <w:r w:rsidRPr="007123E5">
              <w:rPr>
                <w:lang w:val="ru-RU"/>
              </w:rPr>
              <w:t xml:space="preserve"> СОЛО (7-11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F335C8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</w:tr>
      <w:tr w:rsidR="00B363B2" w14:paraId="37BBBCEB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A7E40B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Дети 2+1 до </w:t>
            </w:r>
            <w:r>
              <w:t>D</w:t>
            </w:r>
            <w:r w:rsidRPr="007123E5">
              <w:rPr>
                <w:lang w:val="ru-RU"/>
              </w:rPr>
              <w:t xml:space="preserve"> ПАРЫ (7-11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E44752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10003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Дети 2+1 до </w:t>
            </w:r>
            <w:r>
              <w:t>D</w:t>
            </w:r>
            <w:r w:rsidRPr="007123E5">
              <w:rPr>
                <w:lang w:val="ru-RU"/>
              </w:rPr>
              <w:t xml:space="preserve"> СОЛО (7-11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BA4A28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</w:tr>
      <w:tr w:rsidR="00B363B2" w14:paraId="3C2C25C6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4B5BCA" w14:textId="77777777" w:rsidR="00B363B2" w:rsidRDefault="007123E5">
            <w:pPr>
              <w:spacing w:after="0"/>
            </w:pPr>
            <w:r>
              <w:t>Юниоры 1 Е ПАРЫ (12-13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0D14BF" w14:textId="77777777" w:rsidR="00B363B2" w:rsidRDefault="007123E5">
            <w:pPr>
              <w:spacing w:after="0"/>
            </w:pPr>
            <w:r>
              <w:t>Стандарт</w:t>
            </w:r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E1BE5A" w14:textId="77777777" w:rsidR="00B363B2" w:rsidRDefault="007123E5">
            <w:pPr>
              <w:spacing w:after="0"/>
            </w:pPr>
            <w:r>
              <w:t>Юниоры 1 Е СОЛО (12-13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5049CD" w14:textId="77777777" w:rsidR="00B363B2" w:rsidRDefault="007123E5">
            <w:pPr>
              <w:spacing w:after="0"/>
            </w:pPr>
            <w:r>
              <w:t>Стандарт</w:t>
            </w:r>
          </w:p>
        </w:tc>
      </w:tr>
      <w:tr w:rsidR="00B363B2" w14:paraId="30C4BB03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B1F0C7" w14:textId="77777777" w:rsidR="00B363B2" w:rsidRDefault="007123E5">
            <w:pPr>
              <w:spacing w:after="0"/>
            </w:pPr>
            <w:r>
              <w:t>Юниоры 1 Е ПАРЫ (12-13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6EBF96" w14:textId="77777777" w:rsidR="00B363B2" w:rsidRDefault="007123E5">
            <w:pPr>
              <w:spacing w:after="0"/>
            </w:pPr>
            <w:r>
              <w:t>Латина</w:t>
            </w:r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B8A74B" w14:textId="77777777" w:rsidR="00B363B2" w:rsidRDefault="007123E5">
            <w:pPr>
              <w:spacing w:after="0"/>
            </w:pPr>
            <w:r>
              <w:t xml:space="preserve">Юниоры 1 Е </w:t>
            </w:r>
            <w:r>
              <w:t>СОЛО (12-13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F6E53B" w14:textId="77777777" w:rsidR="00B363B2" w:rsidRDefault="007123E5">
            <w:pPr>
              <w:spacing w:after="0"/>
            </w:pPr>
            <w:r>
              <w:t>Латина</w:t>
            </w:r>
          </w:p>
        </w:tc>
      </w:tr>
      <w:tr w:rsidR="00B363B2" w14:paraId="7A0FE4D5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472CDF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1 до </w:t>
            </w:r>
            <w:r>
              <w:t>D</w:t>
            </w:r>
            <w:r w:rsidRPr="007123E5">
              <w:rPr>
                <w:lang w:val="ru-RU"/>
              </w:rPr>
              <w:t xml:space="preserve"> ПАРЫ (12-13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912520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4A2CB8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1 до </w:t>
            </w:r>
            <w:r>
              <w:t>D</w:t>
            </w:r>
            <w:r w:rsidRPr="007123E5">
              <w:rPr>
                <w:lang w:val="ru-RU"/>
              </w:rPr>
              <w:t xml:space="preserve"> СОЛО (12-13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A25E7F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</w:tr>
      <w:tr w:rsidR="00B363B2" w14:paraId="69EEAC9B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CAB025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1 до </w:t>
            </w:r>
            <w:r>
              <w:t>D</w:t>
            </w:r>
            <w:r w:rsidRPr="007123E5">
              <w:rPr>
                <w:lang w:val="ru-RU"/>
              </w:rPr>
              <w:t xml:space="preserve"> ПАРЫ (12-13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46384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AA441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1 до </w:t>
            </w:r>
            <w:r>
              <w:t>D</w:t>
            </w:r>
            <w:r w:rsidRPr="007123E5">
              <w:rPr>
                <w:lang w:val="ru-RU"/>
              </w:rPr>
              <w:t xml:space="preserve"> СОЛО (12-13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7C41A1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</w:tr>
      <w:tr w:rsidR="00B363B2" w14:paraId="2D8ACE92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609E8A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2 до </w:t>
            </w:r>
            <w:r>
              <w:t>D</w:t>
            </w:r>
            <w:r w:rsidRPr="007123E5">
              <w:rPr>
                <w:lang w:val="ru-RU"/>
              </w:rPr>
              <w:t xml:space="preserve"> ПАРЫ (14-15 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EBAA6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3B33B8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2 до </w:t>
            </w:r>
            <w:r>
              <w:t>D</w:t>
            </w:r>
            <w:r w:rsidRPr="007123E5">
              <w:rPr>
                <w:lang w:val="ru-RU"/>
              </w:rPr>
              <w:t xml:space="preserve"> СОЛО (14-15 </w:t>
            </w:r>
            <w:r w:rsidRPr="007123E5">
              <w:rPr>
                <w:lang w:val="ru-RU"/>
              </w:rPr>
              <w:t>лет)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3BE345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</w:tr>
      <w:tr w:rsidR="00B363B2" w14:paraId="567779E1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37E4C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2 до </w:t>
            </w:r>
            <w:r>
              <w:t>D</w:t>
            </w:r>
            <w:r w:rsidRPr="007123E5">
              <w:rPr>
                <w:lang w:val="ru-RU"/>
              </w:rPr>
              <w:t xml:space="preserve"> ПАРЫ (14-15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B0F97D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5FD5A6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 xml:space="preserve">Юниоры 2 до </w:t>
            </w:r>
            <w:r>
              <w:t>D</w:t>
            </w:r>
            <w:r w:rsidRPr="007123E5">
              <w:rPr>
                <w:lang w:val="ru-RU"/>
              </w:rPr>
              <w:t xml:space="preserve"> СОЛО (14-15 лет)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425B6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</w:tr>
      <w:tr w:rsidR="00B363B2" w14:paraId="58FE94B6" w14:textId="77777777"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8B8082" w14:textId="77777777" w:rsidR="00B363B2" w:rsidRPr="007123E5" w:rsidRDefault="007123E5">
            <w:pPr>
              <w:spacing w:after="0"/>
              <w:rPr>
                <w:lang w:val="ru-RU"/>
              </w:rPr>
            </w:pPr>
            <w:proofErr w:type="spellStart"/>
            <w:r w:rsidRPr="007123E5">
              <w:rPr>
                <w:lang w:val="ru-RU"/>
              </w:rPr>
              <w:t>Взр+Мол</w:t>
            </w:r>
            <w:proofErr w:type="spellEnd"/>
            <w:r w:rsidRPr="007123E5">
              <w:rPr>
                <w:lang w:val="ru-RU"/>
              </w:rPr>
              <w:t xml:space="preserve"> до С ПАРЫ (16 лет и старше)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DD7EA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  <w:tc>
          <w:tcPr>
            <w:tcW w:w="288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E0F9EE" w14:textId="77777777" w:rsidR="00B363B2" w:rsidRPr="007123E5" w:rsidRDefault="007123E5">
            <w:pPr>
              <w:spacing w:after="0"/>
              <w:rPr>
                <w:lang w:val="ru-RU"/>
              </w:rPr>
            </w:pPr>
            <w:proofErr w:type="spellStart"/>
            <w:r w:rsidRPr="007123E5">
              <w:rPr>
                <w:lang w:val="ru-RU"/>
              </w:rPr>
              <w:t>Взр+Мол</w:t>
            </w:r>
            <w:proofErr w:type="spellEnd"/>
            <w:r w:rsidRPr="007123E5">
              <w:rPr>
                <w:lang w:val="ru-RU"/>
              </w:rPr>
              <w:t xml:space="preserve"> до </w:t>
            </w:r>
            <w:proofErr w:type="gramStart"/>
            <w:r w:rsidRPr="007123E5">
              <w:rPr>
                <w:lang w:val="ru-RU"/>
              </w:rPr>
              <w:t>С СОЛО</w:t>
            </w:r>
            <w:proofErr w:type="gramEnd"/>
            <w:r w:rsidRPr="007123E5">
              <w:rPr>
                <w:lang w:val="ru-RU"/>
              </w:rPr>
              <w:t xml:space="preserve"> (16 лет и старше)</w:t>
            </w:r>
          </w:p>
        </w:tc>
        <w:tc>
          <w:tcPr>
            <w:tcW w:w="2088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E11C10" w14:textId="77777777" w:rsidR="00B363B2" w:rsidRDefault="007123E5">
            <w:pPr>
              <w:spacing w:after="0"/>
            </w:pPr>
            <w:proofErr w:type="spellStart"/>
            <w:r>
              <w:t>Стандарт</w:t>
            </w:r>
            <w:proofErr w:type="spellEnd"/>
          </w:p>
        </w:tc>
      </w:tr>
      <w:tr w:rsidR="00B363B2" w14:paraId="2BFE52B6" w14:textId="77777777"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9BF08B" w14:textId="77777777" w:rsidR="00B363B2" w:rsidRPr="007123E5" w:rsidRDefault="007123E5">
            <w:pPr>
              <w:spacing w:after="0"/>
              <w:rPr>
                <w:lang w:val="ru-RU"/>
              </w:rPr>
            </w:pPr>
            <w:proofErr w:type="spellStart"/>
            <w:r w:rsidRPr="007123E5">
              <w:rPr>
                <w:lang w:val="ru-RU"/>
              </w:rPr>
              <w:t>Взр+Мол</w:t>
            </w:r>
            <w:proofErr w:type="spellEnd"/>
            <w:r w:rsidRPr="007123E5">
              <w:rPr>
                <w:lang w:val="ru-RU"/>
              </w:rPr>
              <w:t xml:space="preserve"> до С ПАРЫ (16 лет и старше)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7E9F3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  <w:tc>
          <w:tcPr>
            <w:tcW w:w="2880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86E6DE" w14:textId="77777777" w:rsidR="00B363B2" w:rsidRPr="007123E5" w:rsidRDefault="007123E5">
            <w:pPr>
              <w:spacing w:after="0"/>
              <w:rPr>
                <w:lang w:val="ru-RU"/>
              </w:rPr>
            </w:pPr>
            <w:proofErr w:type="spellStart"/>
            <w:r w:rsidRPr="007123E5">
              <w:rPr>
                <w:lang w:val="ru-RU"/>
              </w:rPr>
              <w:t>Взр+Мол</w:t>
            </w:r>
            <w:proofErr w:type="spellEnd"/>
            <w:r w:rsidRPr="007123E5">
              <w:rPr>
                <w:lang w:val="ru-RU"/>
              </w:rPr>
              <w:t xml:space="preserve"> до </w:t>
            </w:r>
            <w:proofErr w:type="gramStart"/>
            <w:r w:rsidRPr="007123E5">
              <w:rPr>
                <w:lang w:val="ru-RU"/>
              </w:rPr>
              <w:t>С СОЛО</w:t>
            </w:r>
            <w:proofErr w:type="gramEnd"/>
            <w:r w:rsidRPr="007123E5">
              <w:rPr>
                <w:lang w:val="ru-RU"/>
              </w:rPr>
              <w:t xml:space="preserve"> (16 лет и </w:t>
            </w:r>
            <w:r w:rsidRPr="007123E5">
              <w:rPr>
                <w:lang w:val="ru-RU"/>
              </w:rPr>
              <w:t>старше)</w:t>
            </w:r>
          </w:p>
        </w:tc>
        <w:tc>
          <w:tcPr>
            <w:tcW w:w="2088" w:type="dxa"/>
            <w:shd w:val="clear" w:color="auto" w:fill="F4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3B973" w14:textId="77777777" w:rsidR="00B363B2" w:rsidRDefault="007123E5">
            <w:pPr>
              <w:spacing w:after="0"/>
            </w:pPr>
            <w:proofErr w:type="spellStart"/>
            <w:r>
              <w:t>Латина</w:t>
            </w:r>
            <w:proofErr w:type="spellEnd"/>
          </w:p>
        </w:tc>
      </w:tr>
    </w:tbl>
    <w:p w14:paraId="56B7D31A" w14:textId="77777777" w:rsidR="00B363B2" w:rsidRPr="007123E5" w:rsidRDefault="007123E5">
      <w:pPr>
        <w:keepNext/>
        <w:spacing w:before="360" w:after="120"/>
        <w:rPr>
          <w:lang w:val="ru-RU"/>
        </w:rPr>
      </w:pPr>
      <w:r>
        <w:rPr>
          <w:b/>
          <w:color w:val="182B49"/>
          <w:sz w:val="24"/>
        </w:rPr>
        <w:t>V</w:t>
      </w:r>
      <w:r w:rsidRPr="007123E5">
        <w:rPr>
          <w:b/>
          <w:color w:val="182B49"/>
          <w:sz w:val="24"/>
          <w:lang w:val="ru-RU"/>
        </w:rPr>
        <w:t xml:space="preserve"> отделение — 19:00 — ДОСРФ, Кубок Воронежской области (СОЛО ДЕВУШКИ)</w:t>
      </w:r>
    </w:p>
    <w:p w14:paraId="652A751E" w14:textId="502DB06C" w:rsidR="00B363B2" w:rsidRDefault="007123E5">
      <w:pPr>
        <w:keepNext/>
        <w:spacing w:after="120"/>
      </w:pPr>
      <w:r w:rsidRPr="007123E5">
        <w:rPr>
          <w:i/>
          <w:color w:val="646464"/>
          <w:sz w:val="19"/>
          <w:lang w:val="ru-RU"/>
        </w:rPr>
        <w:t xml:space="preserve">К соревнованиям допускаются спортсменки Воронежской области. </w:t>
      </w:r>
      <w:proofErr w:type="spellStart"/>
      <w:r>
        <w:rPr>
          <w:i/>
          <w:color w:val="646464"/>
          <w:sz w:val="19"/>
        </w:rPr>
        <w:t>Спортсменкам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присваиваются</w:t>
      </w:r>
      <w:proofErr w:type="spellEnd"/>
      <w:r>
        <w:rPr>
          <w:i/>
          <w:color w:val="646464"/>
          <w:sz w:val="19"/>
        </w:rPr>
        <w:t xml:space="preserve"> </w:t>
      </w:r>
      <w:proofErr w:type="spellStart"/>
      <w:r>
        <w:rPr>
          <w:i/>
          <w:color w:val="646464"/>
          <w:sz w:val="19"/>
        </w:rPr>
        <w:t>разряды</w:t>
      </w:r>
      <w:proofErr w:type="spellEnd"/>
      <w:r>
        <w:rPr>
          <w:i/>
          <w:color w:val="646464"/>
          <w:sz w:val="19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B363B2" w14:paraId="371B4B2D" w14:textId="77777777">
        <w:tc>
          <w:tcPr>
            <w:tcW w:w="4968" w:type="dxa"/>
            <w:shd w:val="clear" w:color="auto" w:fill="182B4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DBF696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b/>
                <w:color w:val="FFFFFF"/>
                <w:sz w:val="20"/>
                <w:lang w:val="ru-RU"/>
              </w:rPr>
              <w:t>Возрастная категория (Только женский пол)</w:t>
            </w:r>
          </w:p>
        </w:tc>
        <w:tc>
          <w:tcPr>
            <w:tcW w:w="4968" w:type="dxa"/>
            <w:shd w:val="clear" w:color="auto" w:fill="182B4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8FA78B" w14:textId="77777777" w:rsidR="00B363B2" w:rsidRDefault="007123E5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Дисциплина</w:t>
            </w:r>
            <w:proofErr w:type="spellEnd"/>
          </w:p>
        </w:tc>
      </w:tr>
      <w:tr w:rsidR="00B363B2" w14:paraId="020BF3F6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1FC25C" w14:textId="77777777" w:rsidR="00B363B2" w:rsidRDefault="007123E5">
            <w:pPr>
              <w:spacing w:after="0"/>
            </w:pPr>
            <w:r>
              <w:t>ДОСРФ Девочки (7-9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00210" w14:textId="77777777" w:rsidR="00B363B2" w:rsidRDefault="007123E5">
            <w:pPr>
              <w:spacing w:after="0"/>
            </w:pPr>
            <w:r>
              <w:t>Соло-Европейская программа</w:t>
            </w:r>
          </w:p>
        </w:tc>
      </w:tr>
      <w:tr w:rsidR="00B363B2" w14:paraId="5970DB74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AD72C" w14:textId="77777777" w:rsidR="00B363B2" w:rsidRDefault="007123E5">
            <w:pPr>
              <w:spacing w:after="0"/>
            </w:pPr>
            <w:r>
              <w:lastRenderedPageBreak/>
              <w:t>ДОСРФ Девочки (7-9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3D6C4F" w14:textId="77777777" w:rsidR="00B363B2" w:rsidRDefault="007123E5">
            <w:pPr>
              <w:spacing w:after="0"/>
            </w:pPr>
            <w:r>
              <w:t>Соло-Латиноамериканская программа</w:t>
            </w:r>
          </w:p>
        </w:tc>
      </w:tr>
      <w:tr w:rsidR="00B363B2" w14:paraId="4BF43C10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9FD94A" w14:textId="77777777" w:rsidR="00B363B2" w:rsidRDefault="007123E5">
            <w:pPr>
              <w:spacing w:after="0"/>
            </w:pPr>
            <w:r>
              <w:t>ДОСРФ Девочки (10-11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FD827" w14:textId="77777777" w:rsidR="00B363B2" w:rsidRDefault="007123E5">
            <w:pPr>
              <w:spacing w:after="0"/>
            </w:pPr>
            <w:r>
              <w:t>Соло-Европейская программа</w:t>
            </w:r>
          </w:p>
        </w:tc>
      </w:tr>
      <w:tr w:rsidR="00B363B2" w14:paraId="65411EA7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1213A" w14:textId="77777777" w:rsidR="00B363B2" w:rsidRDefault="007123E5">
            <w:pPr>
              <w:spacing w:after="0"/>
            </w:pPr>
            <w:r>
              <w:t>ДОСРФ Девочки (10-11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4B217" w14:textId="77777777" w:rsidR="00B363B2" w:rsidRDefault="007123E5">
            <w:pPr>
              <w:spacing w:after="0"/>
            </w:pPr>
            <w:r>
              <w:t>Соло-Латиноамериканская программа</w:t>
            </w:r>
          </w:p>
        </w:tc>
      </w:tr>
      <w:tr w:rsidR="00B363B2" w14:paraId="373EB1F6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1E814" w14:textId="77777777" w:rsidR="00B363B2" w:rsidRDefault="007123E5">
            <w:pPr>
              <w:spacing w:after="0"/>
            </w:pPr>
            <w:r>
              <w:t xml:space="preserve">ДОСРФ </w:t>
            </w:r>
            <w:r>
              <w:t>Девушки (12-13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100F7" w14:textId="77777777" w:rsidR="00B363B2" w:rsidRDefault="007123E5">
            <w:pPr>
              <w:spacing w:after="0"/>
            </w:pPr>
            <w:r>
              <w:t>Соло-Европейская программа</w:t>
            </w:r>
          </w:p>
        </w:tc>
      </w:tr>
      <w:tr w:rsidR="00B363B2" w14:paraId="7F594983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E06FA" w14:textId="77777777" w:rsidR="00B363B2" w:rsidRDefault="007123E5">
            <w:pPr>
              <w:spacing w:after="0"/>
            </w:pPr>
            <w:r>
              <w:t>ДОСРФ Девушки (12-13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E9225" w14:textId="77777777" w:rsidR="00B363B2" w:rsidRDefault="007123E5">
            <w:pPr>
              <w:spacing w:after="0"/>
            </w:pPr>
            <w:r>
              <w:t>Соло-Латиноамериканская программа</w:t>
            </w:r>
          </w:p>
        </w:tc>
      </w:tr>
      <w:tr w:rsidR="00B363B2" w14:paraId="4BFC818E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63003" w14:textId="77777777" w:rsidR="00B363B2" w:rsidRDefault="007123E5">
            <w:pPr>
              <w:spacing w:after="0"/>
            </w:pPr>
            <w:r>
              <w:t>ДОСРФ Девушки (14-15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C9BAA" w14:textId="77777777" w:rsidR="00B363B2" w:rsidRDefault="007123E5">
            <w:pPr>
              <w:spacing w:after="0"/>
            </w:pPr>
            <w:r>
              <w:t>Соло-Европейская программа</w:t>
            </w:r>
          </w:p>
        </w:tc>
      </w:tr>
      <w:tr w:rsidR="00B363B2" w14:paraId="32C8C72B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2F24A" w14:textId="77777777" w:rsidR="00B363B2" w:rsidRDefault="007123E5">
            <w:pPr>
              <w:spacing w:after="0"/>
            </w:pPr>
            <w:r>
              <w:t>ДОСРФ Девушки (14-15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15C238" w14:textId="77777777" w:rsidR="00B363B2" w:rsidRDefault="007123E5">
            <w:pPr>
              <w:spacing w:after="0"/>
            </w:pPr>
            <w:r>
              <w:t>Соло-Латиноамериканская программа</w:t>
            </w:r>
          </w:p>
        </w:tc>
      </w:tr>
      <w:tr w:rsidR="00B363B2" w14:paraId="3A593512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D9AE1" w14:textId="77777777" w:rsidR="00B363B2" w:rsidRDefault="007123E5">
            <w:pPr>
              <w:spacing w:after="0"/>
            </w:pPr>
            <w:r>
              <w:t>ДОСРФ Юниорки (16-18 лет)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B96E8" w14:textId="77777777" w:rsidR="00B363B2" w:rsidRDefault="007123E5">
            <w:pPr>
              <w:spacing w:after="0"/>
            </w:pPr>
            <w:r>
              <w:t>Соло-Европейская программа</w:t>
            </w:r>
          </w:p>
        </w:tc>
      </w:tr>
      <w:tr w:rsidR="00B363B2" w14:paraId="03B453BB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55D7DF" w14:textId="77777777" w:rsidR="00B363B2" w:rsidRDefault="007123E5">
            <w:pPr>
              <w:spacing w:after="0"/>
            </w:pPr>
            <w:r>
              <w:t>ДОСРФ Юниорки (16-18 лет)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741CD" w14:textId="77777777" w:rsidR="00B363B2" w:rsidRDefault="007123E5">
            <w:pPr>
              <w:spacing w:after="0"/>
            </w:pPr>
            <w:r>
              <w:t>Соло-Латиноамериканская программа</w:t>
            </w:r>
          </w:p>
        </w:tc>
      </w:tr>
      <w:tr w:rsidR="00B363B2" w14:paraId="1DBF549A" w14:textId="77777777"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CE2F5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Кубок области Женщины (19 лет и старше)</w:t>
            </w:r>
          </w:p>
        </w:tc>
        <w:tc>
          <w:tcPr>
            <w:tcW w:w="49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BA96A" w14:textId="77777777" w:rsidR="00B363B2" w:rsidRDefault="007123E5">
            <w:pPr>
              <w:spacing w:after="0"/>
            </w:pPr>
            <w:proofErr w:type="spellStart"/>
            <w:r>
              <w:t>Соло-Европейская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  <w:tr w:rsidR="00B363B2" w14:paraId="237E1EEC" w14:textId="77777777"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D4C9F" w14:textId="77777777" w:rsidR="00B363B2" w:rsidRPr="007123E5" w:rsidRDefault="007123E5">
            <w:pPr>
              <w:spacing w:after="0"/>
              <w:rPr>
                <w:lang w:val="ru-RU"/>
              </w:rPr>
            </w:pPr>
            <w:r w:rsidRPr="007123E5">
              <w:rPr>
                <w:lang w:val="ru-RU"/>
              </w:rPr>
              <w:t>Кубок области Женщины (19 лет и старше)</w:t>
            </w:r>
          </w:p>
        </w:tc>
        <w:tc>
          <w:tcPr>
            <w:tcW w:w="4968" w:type="dxa"/>
            <w:shd w:val="clear" w:color="auto" w:fill="F4F6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13DD7" w14:textId="77777777" w:rsidR="00B363B2" w:rsidRDefault="007123E5">
            <w:pPr>
              <w:spacing w:after="0"/>
            </w:pPr>
            <w:proofErr w:type="spellStart"/>
            <w:r>
              <w:t>Соло-Латиноамериканская</w:t>
            </w:r>
            <w:proofErr w:type="spellEnd"/>
            <w:r>
              <w:t xml:space="preserve"> </w:t>
            </w:r>
            <w:proofErr w:type="spellStart"/>
            <w:r>
              <w:t>программа</w:t>
            </w:r>
            <w:proofErr w:type="spellEnd"/>
          </w:p>
        </w:tc>
      </w:tr>
    </w:tbl>
    <w:p w14:paraId="387517F4" w14:textId="77777777" w:rsidR="00B363B2" w:rsidRPr="007123E5" w:rsidRDefault="007123E5">
      <w:pPr>
        <w:spacing w:before="500"/>
        <w:rPr>
          <w:lang w:val="ru-RU"/>
        </w:rPr>
      </w:pPr>
      <w:r w:rsidRPr="007123E5">
        <w:rPr>
          <w:i/>
          <w:lang w:val="ru-RU"/>
        </w:rPr>
        <w:t xml:space="preserve">Примерное окончание турнира: </w:t>
      </w:r>
      <w:r w:rsidRPr="007123E5">
        <w:rPr>
          <w:b/>
          <w:color w:val="182B49"/>
          <w:lang w:val="ru-RU"/>
        </w:rPr>
        <w:t>22:00</w:t>
      </w:r>
      <w:r w:rsidRPr="007123E5">
        <w:rPr>
          <w:b/>
          <w:color w:val="182B49"/>
          <w:lang w:val="ru-RU"/>
        </w:rPr>
        <w:br/>
      </w:r>
      <w:r w:rsidRPr="007123E5">
        <w:rPr>
          <w:b/>
          <w:color w:val="182B49"/>
          <w:lang w:val="ru-RU"/>
        </w:rPr>
        <w:br/>
      </w:r>
      <w:r w:rsidRPr="007123E5">
        <w:rPr>
          <w:i/>
          <w:lang w:val="ru-RU"/>
        </w:rPr>
        <w:t>С уважением,</w:t>
      </w:r>
      <w:r w:rsidRPr="007123E5">
        <w:rPr>
          <w:i/>
          <w:lang w:val="ru-RU"/>
        </w:rPr>
        <w:br/>
        <w:t>Президент ВРОО «СФТС» Садчиков Павел</w:t>
      </w:r>
    </w:p>
    <w:sectPr w:rsidR="00B363B2" w:rsidRPr="007123E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23E5"/>
    <w:rsid w:val="00AA1D8D"/>
    <w:rsid w:val="00B363B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467E"/>
  <w14:defaultImageDpi w14:val="300"/>
  <w15:docId w15:val="{D80AF969-5BAE-498C-AF27-D6E894C3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282828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E18DBC-5699-42A9-860F-6C6DE39A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Павел Садчиков</cp:lastModifiedBy>
  <cp:revision>2</cp:revision>
  <dcterms:created xsi:type="dcterms:W3CDTF">2026-10-06T11:09:00Z</dcterms:created>
  <dcterms:modified xsi:type="dcterms:W3CDTF">2026-10-06T11:09:00Z</dcterms:modified>
  <cp:category/>
</cp:coreProperties>
</file>